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D72DA" w14:textId="7B0B5B69" w:rsidR="002F7F06" w:rsidRDefault="00BF54F1" w:rsidP="006375A8">
      <w:pPr>
        <w:spacing w:after="0" w:line="240" w:lineRule="auto"/>
        <w:jc w:val="center"/>
        <w:rPr>
          <w:rFonts w:ascii="Arial" w:hAnsi="Arial" w:cs="Arial"/>
          <w:sz w:val="24"/>
          <w:szCs w:val="24"/>
        </w:rPr>
      </w:pPr>
      <w:r w:rsidRPr="00CE2064">
        <w:rPr>
          <w:rFonts w:ascii="Arial" w:hAnsi="Arial" w:cs="Arial"/>
          <w:sz w:val="24"/>
          <w:szCs w:val="24"/>
        </w:rPr>
        <w:t>CITY OF ALAMEDA</w:t>
      </w:r>
      <w:r w:rsidR="00CE2064" w:rsidRPr="00CE2064">
        <w:rPr>
          <w:rFonts w:ascii="Arial" w:hAnsi="Arial" w:cs="Arial"/>
          <w:sz w:val="24"/>
          <w:szCs w:val="24"/>
        </w:rPr>
        <w:t xml:space="preserve"> </w:t>
      </w:r>
      <w:r w:rsidRPr="00CE2064">
        <w:rPr>
          <w:rFonts w:ascii="Arial" w:hAnsi="Arial" w:cs="Arial"/>
          <w:sz w:val="24"/>
          <w:szCs w:val="24"/>
        </w:rPr>
        <w:t>RESOLUTION NO. ______</w:t>
      </w:r>
    </w:p>
    <w:p w14:paraId="1D295EB2" w14:textId="77777777" w:rsidR="006375A8" w:rsidRPr="00CE2064" w:rsidRDefault="006375A8" w:rsidP="006375A8">
      <w:pPr>
        <w:spacing w:after="0" w:line="240" w:lineRule="auto"/>
        <w:jc w:val="center"/>
        <w:rPr>
          <w:rFonts w:ascii="Arial" w:hAnsi="Arial" w:cs="Arial"/>
          <w:sz w:val="24"/>
          <w:szCs w:val="24"/>
        </w:rPr>
      </w:pPr>
    </w:p>
    <w:p w14:paraId="600EF1C2" w14:textId="5D5FF923" w:rsidR="002F7F06" w:rsidRPr="00CE2064" w:rsidRDefault="00BF54F1" w:rsidP="006375A8">
      <w:pPr>
        <w:spacing w:after="0" w:line="240" w:lineRule="auto"/>
        <w:ind w:left="1080" w:right="720"/>
        <w:jc w:val="both"/>
        <w:rPr>
          <w:rFonts w:ascii="Arial" w:hAnsi="Arial" w:cs="Arial"/>
          <w:sz w:val="24"/>
          <w:szCs w:val="24"/>
        </w:rPr>
      </w:pPr>
      <w:r w:rsidRPr="00CE2064">
        <w:rPr>
          <w:rFonts w:ascii="Arial" w:hAnsi="Arial" w:cs="Arial"/>
          <w:sz w:val="24"/>
          <w:szCs w:val="24"/>
        </w:rPr>
        <w:t>APPROVING A LETTER OF UNDERSTANDING BETWEEN THE ALAMEDA CITY EMPLOYEES ASSOCIATION (ACEA) AND THE CITY OF ALAMEDA REGARDING</w:t>
      </w:r>
      <w:r w:rsidR="00850F94">
        <w:rPr>
          <w:rFonts w:ascii="Arial" w:hAnsi="Arial" w:cs="Arial"/>
          <w:sz w:val="24"/>
          <w:szCs w:val="24"/>
        </w:rPr>
        <w:t xml:space="preserve"> </w:t>
      </w:r>
      <w:r w:rsidR="007B1232">
        <w:rPr>
          <w:rFonts w:ascii="Arial" w:hAnsi="Arial" w:cs="Arial"/>
          <w:sz w:val="24"/>
          <w:szCs w:val="24"/>
        </w:rPr>
        <w:t>AN ADDENDUM TO</w:t>
      </w:r>
      <w:r w:rsidR="00850F94">
        <w:rPr>
          <w:rFonts w:ascii="Arial" w:hAnsi="Arial" w:cs="Arial"/>
          <w:sz w:val="24"/>
          <w:szCs w:val="24"/>
        </w:rPr>
        <w:t xml:space="preserve"> THE ACEA MEMORANDUM OF UNDERSTANDING (MOU</w:t>
      </w:r>
      <w:r w:rsidR="00DB2AE2">
        <w:rPr>
          <w:rFonts w:ascii="Arial" w:hAnsi="Arial" w:cs="Arial"/>
          <w:sz w:val="24"/>
          <w:szCs w:val="24"/>
        </w:rPr>
        <w:t>)</w:t>
      </w:r>
      <w:r w:rsidR="007B1232">
        <w:rPr>
          <w:rFonts w:ascii="Arial" w:hAnsi="Arial" w:cs="Arial"/>
          <w:sz w:val="24"/>
          <w:szCs w:val="24"/>
        </w:rPr>
        <w:t xml:space="preserve"> </w:t>
      </w:r>
      <w:r w:rsidR="005F0DCC">
        <w:rPr>
          <w:rFonts w:ascii="Arial" w:hAnsi="Arial" w:cs="Arial"/>
          <w:sz w:val="24"/>
          <w:szCs w:val="24"/>
        </w:rPr>
        <w:t xml:space="preserve">TO </w:t>
      </w:r>
      <w:r w:rsidR="007B1232">
        <w:rPr>
          <w:rFonts w:ascii="Arial" w:hAnsi="Arial" w:cs="Arial"/>
          <w:sz w:val="24"/>
          <w:szCs w:val="24"/>
        </w:rPr>
        <w:t xml:space="preserve">INCLUDE </w:t>
      </w:r>
      <w:r w:rsidRPr="00CE2064">
        <w:rPr>
          <w:rFonts w:ascii="Arial" w:hAnsi="Arial" w:cs="Arial"/>
          <w:sz w:val="24"/>
          <w:szCs w:val="24"/>
        </w:rPr>
        <w:t xml:space="preserve">PART-TIME LIBRARY CLASSIFICATIONS </w:t>
      </w:r>
      <w:r w:rsidR="007B1232">
        <w:rPr>
          <w:rFonts w:ascii="Arial" w:hAnsi="Arial" w:cs="Arial"/>
          <w:sz w:val="24"/>
          <w:szCs w:val="24"/>
        </w:rPr>
        <w:t xml:space="preserve">AND </w:t>
      </w:r>
      <w:r w:rsidR="00DB2AE2">
        <w:rPr>
          <w:rFonts w:ascii="Arial" w:hAnsi="Arial" w:cs="Arial"/>
          <w:sz w:val="24"/>
          <w:szCs w:val="24"/>
        </w:rPr>
        <w:t xml:space="preserve">OUTLINE </w:t>
      </w:r>
      <w:r w:rsidR="007B1232">
        <w:rPr>
          <w:rFonts w:ascii="Arial" w:hAnsi="Arial" w:cs="Arial"/>
          <w:sz w:val="24"/>
          <w:szCs w:val="24"/>
        </w:rPr>
        <w:t>PROVISIONS</w:t>
      </w:r>
      <w:r w:rsidR="002B7953">
        <w:rPr>
          <w:rFonts w:ascii="Arial" w:hAnsi="Arial" w:cs="Arial"/>
          <w:sz w:val="24"/>
          <w:szCs w:val="24"/>
        </w:rPr>
        <w:t>.</w:t>
      </w:r>
    </w:p>
    <w:p w14:paraId="385D87C7" w14:textId="77777777" w:rsidR="002F7F06" w:rsidRPr="00CE2064" w:rsidRDefault="002F7F06" w:rsidP="006375A8">
      <w:pPr>
        <w:spacing w:after="0" w:line="240" w:lineRule="auto"/>
        <w:jc w:val="both"/>
        <w:rPr>
          <w:rFonts w:ascii="Arial" w:hAnsi="Arial" w:cs="Arial"/>
          <w:sz w:val="24"/>
          <w:szCs w:val="24"/>
        </w:rPr>
      </w:pPr>
    </w:p>
    <w:p w14:paraId="772EB122" w14:textId="0F75B2EE" w:rsidR="002F7F06" w:rsidRDefault="00BF54F1" w:rsidP="006375A8">
      <w:pPr>
        <w:spacing w:after="0" w:line="240" w:lineRule="auto"/>
        <w:ind w:firstLine="720"/>
        <w:jc w:val="both"/>
        <w:rPr>
          <w:rFonts w:ascii="Arial" w:hAnsi="Arial" w:cs="Arial"/>
          <w:sz w:val="24"/>
          <w:szCs w:val="24"/>
        </w:rPr>
      </w:pPr>
      <w:proofErr w:type="gramStart"/>
      <w:r w:rsidRPr="00CE2064">
        <w:rPr>
          <w:rFonts w:ascii="Arial" w:hAnsi="Arial" w:cs="Arial"/>
          <w:sz w:val="24"/>
          <w:szCs w:val="24"/>
        </w:rPr>
        <w:t>WHEREAS,</w:t>
      </w:r>
      <w:proofErr w:type="gramEnd"/>
      <w:r w:rsidRPr="00CE2064">
        <w:rPr>
          <w:rFonts w:ascii="Arial" w:hAnsi="Arial" w:cs="Arial"/>
          <w:sz w:val="24"/>
          <w:szCs w:val="24"/>
        </w:rPr>
        <w:t xml:space="preserve"> there has been submitted to this Council a Letter of Understanding between the Alameda City Employees Association (ACEA) and the City of Alameda regarding</w:t>
      </w:r>
      <w:r w:rsidR="00EB0A96">
        <w:rPr>
          <w:rFonts w:ascii="Arial" w:hAnsi="Arial" w:cs="Arial"/>
          <w:sz w:val="24"/>
          <w:szCs w:val="24"/>
        </w:rPr>
        <w:t xml:space="preserve"> an addendum to the ACEA Memorandum of Understanding (MOU) to include</w:t>
      </w:r>
      <w:r w:rsidRPr="00CE2064">
        <w:rPr>
          <w:rFonts w:ascii="Arial" w:hAnsi="Arial" w:cs="Arial"/>
          <w:sz w:val="24"/>
          <w:szCs w:val="24"/>
        </w:rPr>
        <w:t xml:space="preserve"> certain part-time Library classifications; and</w:t>
      </w:r>
    </w:p>
    <w:p w14:paraId="3B01E044" w14:textId="77777777" w:rsidR="006375A8" w:rsidRPr="00CE2064" w:rsidRDefault="006375A8" w:rsidP="006375A8">
      <w:pPr>
        <w:spacing w:after="0" w:line="240" w:lineRule="auto"/>
        <w:ind w:firstLine="720"/>
        <w:jc w:val="both"/>
        <w:rPr>
          <w:rFonts w:ascii="Arial" w:hAnsi="Arial" w:cs="Arial"/>
          <w:sz w:val="24"/>
          <w:szCs w:val="24"/>
        </w:rPr>
      </w:pPr>
    </w:p>
    <w:p w14:paraId="554E6F5E" w14:textId="36732D8C" w:rsidR="002F7F06" w:rsidRDefault="00BF54F1" w:rsidP="006375A8">
      <w:pPr>
        <w:spacing w:after="0" w:line="240" w:lineRule="auto"/>
        <w:ind w:firstLine="720"/>
        <w:jc w:val="both"/>
        <w:rPr>
          <w:rFonts w:ascii="Arial" w:hAnsi="Arial" w:cs="Arial"/>
          <w:sz w:val="24"/>
          <w:szCs w:val="24"/>
        </w:rPr>
      </w:pPr>
      <w:proofErr w:type="gramStart"/>
      <w:r w:rsidRPr="00CE2064">
        <w:rPr>
          <w:rFonts w:ascii="Arial" w:hAnsi="Arial" w:cs="Arial"/>
          <w:sz w:val="24"/>
          <w:szCs w:val="24"/>
        </w:rPr>
        <w:t>WHEREAS,</w:t>
      </w:r>
      <w:proofErr w:type="gramEnd"/>
      <w:r w:rsidRPr="00CE2064">
        <w:rPr>
          <w:rFonts w:ascii="Arial" w:hAnsi="Arial" w:cs="Arial"/>
          <w:sz w:val="24"/>
          <w:szCs w:val="24"/>
        </w:rPr>
        <w:t xml:space="preserve"> the Addendum </w:t>
      </w:r>
      <w:r w:rsidR="009B1EBB">
        <w:rPr>
          <w:rFonts w:ascii="Arial" w:hAnsi="Arial" w:cs="Arial"/>
          <w:sz w:val="24"/>
          <w:szCs w:val="24"/>
        </w:rPr>
        <w:t>outlines provisions specific</w:t>
      </w:r>
      <w:r w:rsidR="004829FD">
        <w:rPr>
          <w:rFonts w:ascii="Arial" w:hAnsi="Arial" w:cs="Arial"/>
          <w:sz w:val="24"/>
          <w:szCs w:val="24"/>
        </w:rPr>
        <w:t xml:space="preserve"> to certain part-time Library classifications</w:t>
      </w:r>
      <w:r w:rsidRPr="00CE2064">
        <w:rPr>
          <w:rFonts w:ascii="Arial" w:hAnsi="Arial" w:cs="Arial"/>
          <w:sz w:val="24"/>
          <w:szCs w:val="24"/>
        </w:rPr>
        <w:t>; and</w:t>
      </w:r>
    </w:p>
    <w:p w14:paraId="34902B46" w14:textId="77777777" w:rsidR="006375A8" w:rsidRPr="00CE2064" w:rsidRDefault="006375A8" w:rsidP="006375A8">
      <w:pPr>
        <w:spacing w:after="0" w:line="240" w:lineRule="auto"/>
        <w:ind w:firstLine="720"/>
        <w:jc w:val="both"/>
        <w:rPr>
          <w:rFonts w:ascii="Arial" w:hAnsi="Arial" w:cs="Arial"/>
          <w:sz w:val="24"/>
          <w:szCs w:val="24"/>
        </w:rPr>
      </w:pPr>
    </w:p>
    <w:p w14:paraId="3D135977" w14:textId="13AA8324" w:rsidR="002F7F06" w:rsidRDefault="00BF54F1" w:rsidP="006375A8">
      <w:pPr>
        <w:spacing w:after="0" w:line="240" w:lineRule="auto"/>
        <w:ind w:firstLine="720"/>
        <w:jc w:val="both"/>
        <w:rPr>
          <w:rFonts w:ascii="Arial" w:hAnsi="Arial" w:cs="Arial"/>
          <w:sz w:val="24"/>
          <w:szCs w:val="24"/>
        </w:rPr>
      </w:pPr>
      <w:r w:rsidRPr="00CE2064">
        <w:rPr>
          <w:rFonts w:ascii="Arial" w:hAnsi="Arial" w:cs="Arial"/>
          <w:sz w:val="24"/>
          <w:szCs w:val="24"/>
        </w:rPr>
        <w:t xml:space="preserve">WHEREAS, the City Council of the City of Alameda has fully examined said Letter of Understanding a copy of which is on file in the Office of the City Clerk, and finds and determines that adoption of said document is in the best interest of the </w:t>
      </w:r>
      <w:proofErr w:type="gramStart"/>
      <w:r w:rsidRPr="00CE2064">
        <w:rPr>
          <w:rFonts w:ascii="Arial" w:hAnsi="Arial" w:cs="Arial"/>
          <w:sz w:val="24"/>
          <w:szCs w:val="24"/>
        </w:rPr>
        <w:t>City</w:t>
      </w:r>
      <w:proofErr w:type="gramEnd"/>
      <w:r w:rsidRPr="00CE2064">
        <w:rPr>
          <w:rFonts w:ascii="Arial" w:hAnsi="Arial" w:cs="Arial"/>
          <w:sz w:val="24"/>
          <w:szCs w:val="24"/>
        </w:rPr>
        <w:t>; and</w:t>
      </w:r>
    </w:p>
    <w:p w14:paraId="30EE6373" w14:textId="77777777" w:rsidR="006375A8" w:rsidRPr="00CE2064" w:rsidRDefault="006375A8" w:rsidP="006375A8">
      <w:pPr>
        <w:spacing w:after="0" w:line="240" w:lineRule="auto"/>
        <w:ind w:firstLine="720"/>
        <w:jc w:val="both"/>
        <w:rPr>
          <w:rFonts w:ascii="Arial" w:hAnsi="Arial" w:cs="Arial"/>
          <w:sz w:val="24"/>
          <w:szCs w:val="24"/>
        </w:rPr>
      </w:pPr>
    </w:p>
    <w:p w14:paraId="2A5C0EC9" w14:textId="77777777" w:rsidR="002F7F06" w:rsidRDefault="00BF54F1" w:rsidP="006375A8">
      <w:pPr>
        <w:spacing w:after="0" w:line="240" w:lineRule="auto"/>
        <w:ind w:firstLine="720"/>
        <w:jc w:val="both"/>
        <w:rPr>
          <w:rFonts w:ascii="Arial" w:hAnsi="Arial" w:cs="Arial"/>
          <w:sz w:val="24"/>
          <w:szCs w:val="24"/>
        </w:rPr>
      </w:pPr>
      <w:r w:rsidRPr="00CE2064">
        <w:rPr>
          <w:rFonts w:ascii="Arial" w:hAnsi="Arial" w:cs="Arial"/>
          <w:sz w:val="24"/>
          <w:szCs w:val="24"/>
        </w:rPr>
        <w:t>WHEREAS, the City Council has considered the financial impact of the Addendum on various City funds.</w:t>
      </w:r>
    </w:p>
    <w:p w14:paraId="328165EF" w14:textId="77777777" w:rsidR="006375A8" w:rsidRPr="00CE2064" w:rsidRDefault="006375A8" w:rsidP="006375A8">
      <w:pPr>
        <w:spacing w:after="0" w:line="240" w:lineRule="auto"/>
        <w:ind w:firstLine="720"/>
        <w:jc w:val="both"/>
        <w:rPr>
          <w:rFonts w:ascii="Arial" w:hAnsi="Arial" w:cs="Arial"/>
          <w:sz w:val="24"/>
          <w:szCs w:val="24"/>
        </w:rPr>
      </w:pPr>
    </w:p>
    <w:p w14:paraId="03D82F60" w14:textId="5469420A" w:rsidR="002F7F06" w:rsidRDefault="00BF54F1" w:rsidP="006375A8">
      <w:pPr>
        <w:spacing w:after="0" w:line="240" w:lineRule="auto"/>
        <w:jc w:val="both"/>
        <w:rPr>
          <w:rFonts w:ascii="Arial" w:hAnsi="Arial" w:cs="Arial"/>
          <w:sz w:val="24"/>
          <w:szCs w:val="24"/>
        </w:rPr>
      </w:pPr>
      <w:r w:rsidRPr="00CE2064">
        <w:rPr>
          <w:rFonts w:ascii="Arial" w:hAnsi="Arial" w:cs="Arial"/>
          <w:sz w:val="24"/>
          <w:szCs w:val="24"/>
        </w:rPr>
        <w:t>NOW, THEREFORE, BE IT RESOLVED by the City Council of the City of Alameda that said Council hereby approves and adopts the Letter of Understanding between the Alameda City Employees Association (ACEA) and the City of Alameda; and</w:t>
      </w:r>
    </w:p>
    <w:p w14:paraId="295A05E4" w14:textId="77777777" w:rsidR="006375A8" w:rsidRPr="00CE2064" w:rsidRDefault="006375A8" w:rsidP="006375A8">
      <w:pPr>
        <w:spacing w:after="0" w:line="240" w:lineRule="auto"/>
        <w:jc w:val="both"/>
        <w:rPr>
          <w:rFonts w:ascii="Arial" w:hAnsi="Arial" w:cs="Arial"/>
          <w:sz w:val="24"/>
          <w:szCs w:val="24"/>
        </w:rPr>
      </w:pPr>
    </w:p>
    <w:p w14:paraId="179E2CF3" w14:textId="77777777" w:rsidR="002F7F06" w:rsidRPr="00CE2064" w:rsidRDefault="00BF54F1" w:rsidP="006375A8">
      <w:pPr>
        <w:spacing w:after="0" w:line="240" w:lineRule="auto"/>
        <w:jc w:val="both"/>
        <w:rPr>
          <w:rFonts w:ascii="Arial" w:hAnsi="Arial" w:cs="Arial"/>
          <w:sz w:val="24"/>
          <w:szCs w:val="24"/>
        </w:rPr>
      </w:pPr>
      <w:proofErr w:type="gramStart"/>
      <w:r w:rsidRPr="00CE2064">
        <w:rPr>
          <w:rFonts w:ascii="Arial" w:hAnsi="Arial" w:cs="Arial"/>
          <w:sz w:val="24"/>
          <w:szCs w:val="24"/>
        </w:rPr>
        <w:t>BE IT</w:t>
      </w:r>
      <w:proofErr w:type="gramEnd"/>
      <w:r w:rsidRPr="00CE2064">
        <w:rPr>
          <w:rFonts w:ascii="Arial" w:hAnsi="Arial" w:cs="Arial"/>
          <w:sz w:val="24"/>
          <w:szCs w:val="24"/>
        </w:rPr>
        <w:t xml:space="preserve"> FURTHER RESOLVED </w:t>
      </w:r>
      <w:proofErr w:type="gramStart"/>
      <w:r w:rsidRPr="00CE2064">
        <w:rPr>
          <w:rFonts w:ascii="Arial" w:hAnsi="Arial" w:cs="Arial"/>
          <w:sz w:val="24"/>
          <w:szCs w:val="24"/>
        </w:rPr>
        <w:t>that</w:t>
      </w:r>
      <w:proofErr w:type="gramEnd"/>
      <w:r w:rsidRPr="00CE2064">
        <w:rPr>
          <w:rFonts w:ascii="Arial" w:hAnsi="Arial" w:cs="Arial"/>
          <w:sz w:val="24"/>
          <w:szCs w:val="24"/>
        </w:rPr>
        <w:t xml:space="preserve"> the provisions of this Resolution shall supersede any other resolution in conflict herewith.</w:t>
      </w:r>
    </w:p>
    <w:p w14:paraId="2A2F2D29" w14:textId="77777777" w:rsidR="002F7F06" w:rsidRPr="00CE2064" w:rsidRDefault="002F7F06" w:rsidP="006375A8">
      <w:pPr>
        <w:spacing w:after="0" w:line="240" w:lineRule="auto"/>
        <w:jc w:val="both"/>
        <w:rPr>
          <w:rFonts w:ascii="Arial" w:hAnsi="Arial" w:cs="Arial"/>
          <w:sz w:val="24"/>
          <w:szCs w:val="24"/>
        </w:rPr>
      </w:pPr>
    </w:p>
    <w:p w14:paraId="29305C1D" w14:textId="77777777" w:rsidR="006375A8" w:rsidRDefault="006375A8" w:rsidP="006375A8">
      <w:pPr>
        <w:spacing w:after="0" w:line="240" w:lineRule="auto"/>
        <w:jc w:val="both"/>
        <w:rPr>
          <w:rFonts w:ascii="Arial" w:hAnsi="Arial" w:cs="Arial"/>
          <w:sz w:val="24"/>
          <w:szCs w:val="24"/>
        </w:rPr>
        <w:sectPr w:rsidR="006375A8" w:rsidSect="006375A8">
          <w:pgSz w:w="12240" w:h="15840"/>
          <w:pgMar w:top="1440" w:right="1440" w:bottom="1440" w:left="1440" w:header="720" w:footer="720" w:gutter="0"/>
          <w:cols w:space="720"/>
          <w:docGrid w:linePitch="360"/>
        </w:sectPr>
      </w:pPr>
    </w:p>
    <w:p w14:paraId="6EE4514A" w14:textId="77777777" w:rsidR="002F7F06" w:rsidRPr="00CE2064" w:rsidRDefault="00BF54F1" w:rsidP="006375A8">
      <w:pPr>
        <w:spacing w:after="0" w:line="240" w:lineRule="auto"/>
        <w:jc w:val="center"/>
        <w:rPr>
          <w:rFonts w:ascii="Arial" w:hAnsi="Arial" w:cs="Arial"/>
          <w:sz w:val="24"/>
          <w:szCs w:val="24"/>
        </w:rPr>
      </w:pPr>
      <w:r w:rsidRPr="00CE2064">
        <w:rPr>
          <w:rFonts w:ascii="Arial" w:hAnsi="Arial" w:cs="Arial"/>
          <w:sz w:val="24"/>
          <w:szCs w:val="24"/>
        </w:rPr>
        <w:lastRenderedPageBreak/>
        <w:t>* * * * *</w:t>
      </w:r>
    </w:p>
    <w:p w14:paraId="480F6417" w14:textId="77777777" w:rsidR="002F7F06" w:rsidRPr="00CE2064" w:rsidRDefault="002F7F06" w:rsidP="006375A8">
      <w:pPr>
        <w:spacing w:after="0" w:line="240" w:lineRule="auto"/>
        <w:jc w:val="both"/>
        <w:rPr>
          <w:rFonts w:ascii="Arial" w:hAnsi="Arial" w:cs="Arial"/>
          <w:sz w:val="24"/>
          <w:szCs w:val="24"/>
        </w:rPr>
      </w:pPr>
    </w:p>
    <w:p w14:paraId="117FA8E4" w14:textId="3F4A99A7" w:rsidR="002F7F06" w:rsidRPr="00CE2064" w:rsidRDefault="00BF54F1" w:rsidP="006375A8">
      <w:pPr>
        <w:spacing w:after="0" w:line="240" w:lineRule="auto"/>
        <w:jc w:val="both"/>
        <w:rPr>
          <w:rFonts w:ascii="Arial" w:hAnsi="Arial" w:cs="Arial"/>
          <w:sz w:val="24"/>
          <w:szCs w:val="24"/>
        </w:rPr>
      </w:pPr>
      <w:r w:rsidRPr="00CE2064">
        <w:rPr>
          <w:rFonts w:ascii="Arial" w:hAnsi="Arial" w:cs="Arial"/>
          <w:sz w:val="24"/>
          <w:szCs w:val="24"/>
        </w:rPr>
        <w:t xml:space="preserve">I, the undersigned, hereby certify that the foregoing Resolution was duly and regularly adopted and passed by the Council of the City of Alameda in a regular meeting assembled on the </w:t>
      </w:r>
      <w:r w:rsidR="00CE2064">
        <w:rPr>
          <w:rFonts w:ascii="Arial" w:hAnsi="Arial" w:cs="Arial"/>
          <w:sz w:val="24"/>
          <w:szCs w:val="24"/>
        </w:rPr>
        <w:t>17</w:t>
      </w:r>
      <w:r w:rsidR="00CE2064" w:rsidRPr="00CE2064">
        <w:rPr>
          <w:rFonts w:ascii="Arial" w:hAnsi="Arial" w:cs="Arial"/>
          <w:sz w:val="24"/>
          <w:szCs w:val="24"/>
          <w:vertAlign w:val="superscript"/>
        </w:rPr>
        <w:t>th</w:t>
      </w:r>
      <w:r w:rsidR="00CE2064">
        <w:rPr>
          <w:rFonts w:ascii="Arial" w:hAnsi="Arial" w:cs="Arial"/>
          <w:sz w:val="24"/>
          <w:szCs w:val="24"/>
        </w:rPr>
        <w:t xml:space="preserve"> </w:t>
      </w:r>
      <w:r w:rsidRPr="00CE2064">
        <w:rPr>
          <w:rFonts w:ascii="Arial" w:hAnsi="Arial" w:cs="Arial"/>
          <w:sz w:val="24"/>
          <w:szCs w:val="24"/>
        </w:rPr>
        <w:t xml:space="preserve">day of </w:t>
      </w:r>
      <w:r w:rsidR="00CE2064">
        <w:rPr>
          <w:rFonts w:ascii="Arial" w:hAnsi="Arial" w:cs="Arial"/>
          <w:sz w:val="24"/>
          <w:szCs w:val="24"/>
        </w:rPr>
        <w:t>March</w:t>
      </w:r>
      <w:r w:rsidRPr="00CE2064">
        <w:rPr>
          <w:rFonts w:ascii="Arial" w:hAnsi="Arial" w:cs="Arial"/>
          <w:sz w:val="24"/>
          <w:szCs w:val="24"/>
        </w:rPr>
        <w:t xml:space="preserve"> 2026, by the following vote to wit:</w:t>
      </w:r>
    </w:p>
    <w:p w14:paraId="697EE0D5" w14:textId="77777777" w:rsidR="002F7F06" w:rsidRPr="00CE2064" w:rsidRDefault="002F7F06" w:rsidP="006375A8">
      <w:pPr>
        <w:spacing w:after="0" w:line="240" w:lineRule="auto"/>
        <w:jc w:val="both"/>
        <w:rPr>
          <w:rFonts w:ascii="Arial" w:hAnsi="Arial" w:cs="Arial"/>
          <w:sz w:val="24"/>
          <w:szCs w:val="24"/>
        </w:rPr>
      </w:pPr>
    </w:p>
    <w:p w14:paraId="43843973" w14:textId="77777777" w:rsidR="002F7F06" w:rsidRPr="00CE2064" w:rsidRDefault="00BF54F1" w:rsidP="006375A8">
      <w:pPr>
        <w:spacing w:after="240" w:line="240" w:lineRule="auto"/>
        <w:ind w:left="720"/>
        <w:jc w:val="both"/>
        <w:rPr>
          <w:rFonts w:ascii="Arial" w:hAnsi="Arial" w:cs="Arial"/>
          <w:sz w:val="24"/>
          <w:szCs w:val="24"/>
        </w:rPr>
      </w:pPr>
      <w:r w:rsidRPr="00CE2064">
        <w:rPr>
          <w:rFonts w:ascii="Arial" w:hAnsi="Arial" w:cs="Arial"/>
          <w:sz w:val="24"/>
          <w:szCs w:val="24"/>
        </w:rPr>
        <w:t>AYES:</w:t>
      </w:r>
    </w:p>
    <w:p w14:paraId="429CC419" w14:textId="77777777" w:rsidR="002F7F06" w:rsidRPr="00CE2064" w:rsidRDefault="00BF54F1" w:rsidP="006375A8">
      <w:pPr>
        <w:spacing w:after="240" w:line="240" w:lineRule="auto"/>
        <w:ind w:left="720"/>
        <w:jc w:val="both"/>
        <w:rPr>
          <w:rFonts w:ascii="Arial" w:hAnsi="Arial" w:cs="Arial"/>
          <w:sz w:val="24"/>
          <w:szCs w:val="24"/>
        </w:rPr>
      </w:pPr>
      <w:r w:rsidRPr="00CE2064">
        <w:rPr>
          <w:rFonts w:ascii="Arial" w:hAnsi="Arial" w:cs="Arial"/>
          <w:sz w:val="24"/>
          <w:szCs w:val="24"/>
        </w:rPr>
        <w:t>NOES:</w:t>
      </w:r>
    </w:p>
    <w:p w14:paraId="131BCC53" w14:textId="77777777" w:rsidR="002F7F06" w:rsidRPr="00CE2064" w:rsidRDefault="00BF54F1" w:rsidP="006375A8">
      <w:pPr>
        <w:spacing w:after="240" w:line="240" w:lineRule="auto"/>
        <w:ind w:left="720"/>
        <w:jc w:val="both"/>
        <w:rPr>
          <w:rFonts w:ascii="Arial" w:hAnsi="Arial" w:cs="Arial"/>
          <w:sz w:val="24"/>
          <w:szCs w:val="24"/>
        </w:rPr>
      </w:pPr>
      <w:r w:rsidRPr="00CE2064">
        <w:rPr>
          <w:rFonts w:ascii="Arial" w:hAnsi="Arial" w:cs="Arial"/>
          <w:sz w:val="24"/>
          <w:szCs w:val="24"/>
        </w:rPr>
        <w:t>ABSENT:</w:t>
      </w:r>
    </w:p>
    <w:p w14:paraId="2C7A4C71" w14:textId="77777777" w:rsidR="002F7F06" w:rsidRPr="00CE2064" w:rsidRDefault="00BF54F1" w:rsidP="006375A8">
      <w:pPr>
        <w:spacing w:after="0" w:line="240" w:lineRule="auto"/>
        <w:ind w:left="720"/>
        <w:jc w:val="both"/>
        <w:rPr>
          <w:rFonts w:ascii="Arial" w:hAnsi="Arial" w:cs="Arial"/>
          <w:sz w:val="24"/>
          <w:szCs w:val="24"/>
        </w:rPr>
      </w:pPr>
      <w:r w:rsidRPr="00CE2064">
        <w:rPr>
          <w:rFonts w:ascii="Arial" w:hAnsi="Arial" w:cs="Arial"/>
          <w:sz w:val="24"/>
          <w:szCs w:val="24"/>
        </w:rPr>
        <w:t>ABSTENTIONS:</w:t>
      </w:r>
    </w:p>
    <w:p w14:paraId="6AD35F0B" w14:textId="77777777" w:rsidR="002F7F06" w:rsidRPr="00CE2064" w:rsidRDefault="002F7F06" w:rsidP="006375A8">
      <w:pPr>
        <w:spacing w:after="0" w:line="240" w:lineRule="auto"/>
        <w:jc w:val="both"/>
        <w:rPr>
          <w:rFonts w:ascii="Arial" w:hAnsi="Arial" w:cs="Arial"/>
          <w:sz w:val="24"/>
          <w:szCs w:val="24"/>
        </w:rPr>
      </w:pPr>
    </w:p>
    <w:p w14:paraId="49F21A96" w14:textId="2BF582B2" w:rsidR="002F7F06" w:rsidRPr="00CE2064" w:rsidRDefault="00BF54F1" w:rsidP="006375A8">
      <w:pPr>
        <w:spacing w:after="0" w:line="240" w:lineRule="auto"/>
        <w:jc w:val="both"/>
        <w:rPr>
          <w:rFonts w:ascii="Arial" w:hAnsi="Arial" w:cs="Arial"/>
          <w:sz w:val="24"/>
          <w:szCs w:val="24"/>
        </w:rPr>
      </w:pPr>
      <w:r w:rsidRPr="00CE2064">
        <w:rPr>
          <w:rFonts w:ascii="Arial" w:hAnsi="Arial" w:cs="Arial"/>
          <w:sz w:val="24"/>
          <w:szCs w:val="24"/>
        </w:rPr>
        <w:t xml:space="preserve">IN WITNESS, WHEREOF, I have hereunto set my hand and affixed the seal of said City this </w:t>
      </w:r>
      <w:r w:rsidR="00CE2064">
        <w:rPr>
          <w:rFonts w:ascii="Arial" w:hAnsi="Arial" w:cs="Arial"/>
          <w:sz w:val="24"/>
          <w:szCs w:val="24"/>
        </w:rPr>
        <w:t>18</w:t>
      </w:r>
      <w:r w:rsidR="00CE2064" w:rsidRPr="00CE2064">
        <w:rPr>
          <w:rFonts w:ascii="Arial" w:hAnsi="Arial" w:cs="Arial"/>
          <w:sz w:val="24"/>
          <w:szCs w:val="24"/>
          <w:vertAlign w:val="superscript"/>
        </w:rPr>
        <w:t>th</w:t>
      </w:r>
      <w:r w:rsidR="00CE2064">
        <w:rPr>
          <w:rFonts w:ascii="Arial" w:hAnsi="Arial" w:cs="Arial"/>
          <w:sz w:val="24"/>
          <w:szCs w:val="24"/>
        </w:rPr>
        <w:t xml:space="preserve"> </w:t>
      </w:r>
      <w:r w:rsidRPr="00CE2064">
        <w:rPr>
          <w:rFonts w:ascii="Arial" w:hAnsi="Arial" w:cs="Arial"/>
          <w:sz w:val="24"/>
          <w:szCs w:val="24"/>
        </w:rPr>
        <w:t xml:space="preserve">day of </w:t>
      </w:r>
      <w:r w:rsidR="00CE2064">
        <w:rPr>
          <w:rFonts w:ascii="Arial" w:hAnsi="Arial" w:cs="Arial"/>
          <w:sz w:val="24"/>
          <w:szCs w:val="24"/>
        </w:rPr>
        <w:t>March</w:t>
      </w:r>
      <w:r w:rsidRPr="00CE2064">
        <w:rPr>
          <w:rFonts w:ascii="Arial" w:hAnsi="Arial" w:cs="Arial"/>
          <w:sz w:val="24"/>
          <w:szCs w:val="24"/>
        </w:rPr>
        <w:t xml:space="preserve"> 2026.</w:t>
      </w:r>
    </w:p>
    <w:p w14:paraId="67F2D46A" w14:textId="77777777" w:rsidR="002F7F06" w:rsidRPr="00CE2064" w:rsidRDefault="002F7F06" w:rsidP="006375A8">
      <w:pPr>
        <w:spacing w:after="0" w:line="240" w:lineRule="auto"/>
        <w:jc w:val="both"/>
        <w:rPr>
          <w:rFonts w:ascii="Arial" w:hAnsi="Arial" w:cs="Arial"/>
          <w:sz w:val="24"/>
          <w:szCs w:val="24"/>
        </w:rPr>
      </w:pPr>
    </w:p>
    <w:p w14:paraId="4F4ABAF0" w14:textId="77777777" w:rsidR="00CE2064" w:rsidRPr="00724226" w:rsidRDefault="00CE2064" w:rsidP="006375A8">
      <w:pPr>
        <w:pStyle w:val="NoSpacing"/>
        <w:jc w:val="both"/>
        <w:rPr>
          <w:rFonts w:ascii="Arial" w:hAnsi="Arial" w:cs="Arial"/>
          <w:sz w:val="24"/>
          <w:szCs w:val="24"/>
        </w:rPr>
      </w:pPr>
    </w:p>
    <w:p w14:paraId="00F25BB0" w14:textId="788F35E3" w:rsidR="00CE2064" w:rsidRPr="00724226" w:rsidRDefault="00CE2064" w:rsidP="006375A8">
      <w:pPr>
        <w:pStyle w:val="NoSpacing"/>
        <w:jc w:val="both"/>
        <w:rPr>
          <w:rFonts w:ascii="Arial" w:hAnsi="Arial" w:cs="Arial"/>
          <w:sz w:val="24"/>
          <w:szCs w:val="24"/>
        </w:rPr>
      </w:pP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6375A8">
        <w:rPr>
          <w:rFonts w:ascii="Arial" w:hAnsi="Arial" w:cs="Arial"/>
          <w:sz w:val="24"/>
          <w:szCs w:val="24"/>
        </w:rPr>
        <w:tab/>
      </w:r>
      <w:r w:rsidRPr="00724226">
        <w:rPr>
          <w:rFonts w:ascii="Arial" w:hAnsi="Arial" w:cs="Arial"/>
          <w:sz w:val="24"/>
          <w:szCs w:val="24"/>
        </w:rPr>
        <w:t>______________________</w:t>
      </w:r>
    </w:p>
    <w:p w14:paraId="6CB421E3" w14:textId="75D49CC5" w:rsidR="00CE2064" w:rsidRPr="00724226" w:rsidRDefault="00CE2064" w:rsidP="006375A8">
      <w:pPr>
        <w:pStyle w:val="NoSpacing"/>
        <w:jc w:val="both"/>
        <w:rPr>
          <w:rFonts w:ascii="Arial" w:hAnsi="Arial" w:cs="Arial"/>
          <w:sz w:val="24"/>
          <w:szCs w:val="24"/>
        </w:rPr>
      </w:pP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t>Lara Weisiger, City Clerk</w:t>
      </w:r>
    </w:p>
    <w:p w14:paraId="5584EF16" w14:textId="27EF148A" w:rsidR="00CE2064" w:rsidRPr="00724226" w:rsidRDefault="00CE2064" w:rsidP="006375A8">
      <w:pPr>
        <w:pStyle w:val="NoSpacing"/>
        <w:jc w:val="both"/>
        <w:rPr>
          <w:rFonts w:ascii="Arial" w:hAnsi="Arial" w:cs="Arial"/>
          <w:sz w:val="24"/>
          <w:szCs w:val="24"/>
        </w:rPr>
      </w:pP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r>
      <w:r w:rsidRPr="00724226">
        <w:rPr>
          <w:rFonts w:ascii="Arial" w:hAnsi="Arial" w:cs="Arial"/>
          <w:sz w:val="24"/>
          <w:szCs w:val="24"/>
        </w:rPr>
        <w:tab/>
        <w:t>City of Alameda</w:t>
      </w:r>
    </w:p>
    <w:p w14:paraId="67D4FA7A" w14:textId="77777777" w:rsidR="00CE2064" w:rsidRPr="00724226" w:rsidRDefault="00CE2064" w:rsidP="006375A8">
      <w:pPr>
        <w:pStyle w:val="NoSpacing"/>
        <w:jc w:val="both"/>
        <w:rPr>
          <w:rFonts w:ascii="Arial" w:hAnsi="Arial" w:cs="Arial"/>
          <w:sz w:val="24"/>
          <w:szCs w:val="24"/>
        </w:rPr>
      </w:pPr>
    </w:p>
    <w:p w14:paraId="709A1234" w14:textId="77777777" w:rsidR="00CE2064" w:rsidRPr="002C709C" w:rsidRDefault="00CE2064" w:rsidP="006375A8">
      <w:pPr>
        <w:spacing w:after="0" w:line="240" w:lineRule="auto"/>
        <w:jc w:val="both"/>
        <w:rPr>
          <w:rFonts w:ascii="Arial" w:hAnsi="Arial" w:cs="Arial"/>
          <w:sz w:val="24"/>
        </w:rPr>
      </w:pPr>
      <w:r w:rsidRPr="002C709C">
        <w:rPr>
          <w:rFonts w:ascii="Arial" w:hAnsi="Arial" w:cs="Arial"/>
          <w:sz w:val="24"/>
        </w:rPr>
        <w:t>APPROVED AS TO FORM</w:t>
      </w:r>
    </w:p>
    <w:p w14:paraId="61B946B4" w14:textId="77777777" w:rsidR="00CE2064" w:rsidRDefault="00CE2064" w:rsidP="006375A8">
      <w:pPr>
        <w:pStyle w:val="NoSpacing"/>
        <w:jc w:val="both"/>
        <w:rPr>
          <w:rFonts w:ascii="Arial" w:hAnsi="Arial" w:cs="Arial"/>
          <w:sz w:val="24"/>
        </w:rPr>
      </w:pPr>
    </w:p>
    <w:p w14:paraId="17B596B4" w14:textId="77777777" w:rsidR="006375A8" w:rsidRDefault="006375A8" w:rsidP="006375A8">
      <w:pPr>
        <w:pStyle w:val="NoSpacing"/>
        <w:jc w:val="both"/>
        <w:rPr>
          <w:rFonts w:ascii="Arial" w:hAnsi="Arial" w:cs="Arial"/>
          <w:sz w:val="24"/>
        </w:rPr>
      </w:pPr>
    </w:p>
    <w:p w14:paraId="1BDA644C" w14:textId="77777777" w:rsidR="00CE2064" w:rsidRPr="002C709C" w:rsidRDefault="00CE2064" w:rsidP="006375A8">
      <w:pPr>
        <w:pStyle w:val="NoSpacing"/>
        <w:jc w:val="both"/>
        <w:rPr>
          <w:rFonts w:ascii="Arial" w:hAnsi="Arial" w:cs="Arial"/>
          <w:sz w:val="24"/>
        </w:rPr>
      </w:pPr>
      <w:r>
        <w:rPr>
          <w:rFonts w:ascii="Arial" w:hAnsi="Arial" w:cs="Arial"/>
          <w:sz w:val="24"/>
        </w:rPr>
        <w:t>_____________________</w:t>
      </w:r>
    </w:p>
    <w:p w14:paraId="24468995" w14:textId="77777777" w:rsidR="00CE2064" w:rsidRDefault="00CE2064" w:rsidP="006375A8">
      <w:pPr>
        <w:pStyle w:val="NoSpacing"/>
        <w:jc w:val="both"/>
        <w:rPr>
          <w:rFonts w:ascii="Arial" w:hAnsi="Arial" w:cs="Arial"/>
          <w:sz w:val="24"/>
        </w:rPr>
      </w:pPr>
      <w:r>
        <w:rPr>
          <w:rFonts w:ascii="Arial" w:hAnsi="Arial" w:cs="Arial"/>
          <w:sz w:val="24"/>
        </w:rPr>
        <w:t>Yibin Shen, City Attorney</w:t>
      </w:r>
    </w:p>
    <w:p w14:paraId="4118E807" w14:textId="77777777" w:rsidR="00CE2064" w:rsidRPr="00E11F6E" w:rsidRDefault="00CE2064" w:rsidP="006375A8">
      <w:pPr>
        <w:pStyle w:val="NoSpacing"/>
        <w:jc w:val="both"/>
        <w:rPr>
          <w:rFonts w:ascii="Arial" w:hAnsi="Arial" w:cs="Arial"/>
          <w:sz w:val="24"/>
        </w:rPr>
      </w:pPr>
      <w:r>
        <w:rPr>
          <w:rFonts w:ascii="Arial" w:hAnsi="Arial" w:cs="Arial"/>
          <w:sz w:val="24"/>
        </w:rPr>
        <w:t>City of Alameda</w:t>
      </w:r>
    </w:p>
    <w:p w14:paraId="121BD7DB" w14:textId="5F515C31" w:rsidR="002F7F06" w:rsidRPr="00CE2064" w:rsidRDefault="002F7F06" w:rsidP="006375A8">
      <w:pPr>
        <w:spacing w:after="0" w:line="240" w:lineRule="auto"/>
        <w:jc w:val="both"/>
        <w:rPr>
          <w:rFonts w:ascii="Arial" w:hAnsi="Arial" w:cs="Arial"/>
          <w:sz w:val="24"/>
          <w:szCs w:val="24"/>
        </w:rPr>
      </w:pPr>
    </w:p>
    <w:sectPr w:rsidR="002F7F06" w:rsidRPr="00CE2064" w:rsidSect="00637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0993649">
    <w:abstractNumId w:val="8"/>
  </w:num>
  <w:num w:numId="2" w16cid:durableId="949044075">
    <w:abstractNumId w:val="6"/>
  </w:num>
  <w:num w:numId="3" w16cid:durableId="413212266">
    <w:abstractNumId w:val="5"/>
  </w:num>
  <w:num w:numId="4" w16cid:durableId="224680549">
    <w:abstractNumId w:val="4"/>
  </w:num>
  <w:num w:numId="5" w16cid:durableId="1640456280">
    <w:abstractNumId w:val="7"/>
  </w:num>
  <w:num w:numId="6" w16cid:durableId="2141411717">
    <w:abstractNumId w:val="3"/>
  </w:num>
  <w:num w:numId="7" w16cid:durableId="1906835786">
    <w:abstractNumId w:val="2"/>
  </w:num>
  <w:num w:numId="8" w16cid:durableId="1732726824">
    <w:abstractNumId w:val="1"/>
  </w:num>
  <w:num w:numId="9" w16cid:durableId="308748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7953"/>
    <w:rsid w:val="002E1BD5"/>
    <w:rsid w:val="002F7F06"/>
    <w:rsid w:val="00326F90"/>
    <w:rsid w:val="004829FD"/>
    <w:rsid w:val="004C78CD"/>
    <w:rsid w:val="005F0DCC"/>
    <w:rsid w:val="006375A8"/>
    <w:rsid w:val="00783272"/>
    <w:rsid w:val="007B1232"/>
    <w:rsid w:val="00850F94"/>
    <w:rsid w:val="009B1EBB"/>
    <w:rsid w:val="00AA1D8D"/>
    <w:rsid w:val="00B47730"/>
    <w:rsid w:val="00B926DF"/>
    <w:rsid w:val="00BF54F1"/>
    <w:rsid w:val="00CB0664"/>
    <w:rsid w:val="00CE2064"/>
    <w:rsid w:val="00D117E5"/>
    <w:rsid w:val="00DB2AE2"/>
    <w:rsid w:val="00EB0A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01BDE"/>
  <w14:defaultImageDpi w14:val="300"/>
  <w15:docId w15:val="{83E85508-2FFF-4457-A2A9-A25EBF39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330D9B8D9F5B4D873B6A7DFAE12A56" ma:contentTypeVersion="16" ma:contentTypeDescription="Create a new document." ma:contentTypeScope="" ma:versionID="386103c1148b2a367f36dfa28b97f118">
  <xsd:schema xmlns:xsd="http://www.w3.org/2001/XMLSchema" xmlns:xs="http://www.w3.org/2001/XMLSchema" xmlns:p="http://schemas.microsoft.com/office/2006/metadata/properties" xmlns:ns2="8d7c6463-260c-4cf8-af1b-e2e1694387d8" xmlns:ns3="77401157-1b29-4f87-b124-08871740009e" targetNamespace="http://schemas.microsoft.com/office/2006/metadata/properties" ma:root="true" ma:fieldsID="a5897e933c391bd7de36adbf92db8540" ns2:_="" ns3:_="">
    <xsd:import namespace="8d7c6463-260c-4cf8-af1b-e2e1694387d8"/>
    <xsd:import namespace="77401157-1b29-4f87-b124-0887174000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6463-260c-4cf8-af1b-e2e169438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17bafa8-a34b-4558-98d4-28ae501e80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01157-1b29-4f87-b124-08871740009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9458f32-b2c1-445e-a137-d13c205e3581}" ma:internalName="TaxCatchAll" ma:showField="CatchAllData" ma:web="77401157-1b29-4f87-b124-0887174000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7c6463-260c-4cf8-af1b-e2e1694387d8">
      <Terms xmlns="http://schemas.microsoft.com/office/infopath/2007/PartnerControls"/>
    </lcf76f155ced4ddcb4097134ff3c332f>
    <TaxCatchAll xmlns="77401157-1b29-4f87-b124-08871740009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E315D-B0C8-4C92-AB77-F66888D86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6463-260c-4cf8-af1b-e2e1694387d8"/>
    <ds:schemaRef ds:uri="77401157-1b29-4f87-b124-088717400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525BF-8B6A-4FCA-82CF-B5C916F3AC4E}">
  <ds:schemaRefs>
    <ds:schemaRef ds:uri="http://schemas.microsoft.com/sharepoint/v3/contenttype/forms"/>
  </ds:schemaRefs>
</ds:datastoreItem>
</file>

<file path=customXml/itemProps3.xml><?xml version="1.0" encoding="utf-8"?>
<ds:datastoreItem xmlns:ds="http://schemas.openxmlformats.org/officeDocument/2006/customXml" ds:itemID="{D920BE20-C65F-4BD8-A3FA-D62B82C24CDA}">
  <ds:schemaRefs>
    <ds:schemaRef ds:uri="http://schemas.microsoft.com/office/2006/metadata/properties"/>
    <ds:schemaRef ds:uri="http://schemas.microsoft.com/office/infopath/2007/PartnerControls"/>
    <ds:schemaRef ds:uri="8d7c6463-260c-4cf8-af1b-e2e1694387d8"/>
    <ds:schemaRef ds:uri="77401157-1b29-4f87-b124-08871740009e"/>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315</Words>
  <Characters>1654</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Roselena MejiaCampos</cp:lastModifiedBy>
  <cp:revision>2</cp:revision>
  <dcterms:created xsi:type="dcterms:W3CDTF">2026-03-05T20:46:00Z</dcterms:created>
  <dcterms:modified xsi:type="dcterms:W3CDTF">2026-03-05T20:46:00Z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2026-02-18T23:05:41Z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fc7d8c95-9856-4287-958d-2204fe97361a</vt:lpwstr>
  </property>
  <property fmtid="{D5CDD505-2E9C-101B-9397-08002B2CF9AE}" pid="7" name="MSIP_Label_defa4170-0d19-0005-0004-bc88714345d2_ActionId">
    <vt:lpwstr>ddac70ff-f177-4c75-ac8e-c180dff5c747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diaServiceImageTags">
    <vt:lpwstr/>
  </property>
  <property fmtid="{D5CDD505-2E9C-101B-9397-08002B2CF9AE}" pid="11" name="ContentTypeId">
    <vt:lpwstr>0x01010042330D9B8D9F5B4D873B6A7DFAE12A56</vt:lpwstr>
  </property>
</Properties>
</file>